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A56E" w14:textId="77777777" w:rsidR="00696D96" w:rsidRPr="00BA6659" w:rsidRDefault="00000000">
      <w:pPr>
        <w:spacing w:after="20"/>
        <w:jc w:val="center"/>
        <w:rPr>
          <w:lang w:val="el-GR"/>
        </w:rPr>
      </w:pPr>
      <w:r w:rsidRPr="00BA6659">
        <w:rPr>
          <w:b/>
          <w:sz w:val="24"/>
          <w:lang w:val="el-GR"/>
        </w:rPr>
        <w:t>ΠΑΝΕΠΙΣΤΗΜΙΟ ΚΡΗΤΗΣ</w:t>
      </w:r>
    </w:p>
    <w:p w14:paraId="31F043CE" w14:textId="77777777" w:rsidR="00696D96" w:rsidRPr="00BA6659" w:rsidRDefault="00000000">
      <w:pPr>
        <w:spacing w:after="20"/>
        <w:jc w:val="center"/>
        <w:rPr>
          <w:lang w:val="el-GR"/>
        </w:rPr>
      </w:pPr>
      <w:r w:rsidRPr="00BA6659">
        <w:rPr>
          <w:b/>
          <w:sz w:val="18"/>
          <w:lang w:val="el-GR"/>
        </w:rPr>
        <w:t>ΣΧΟΛΗ ΘΕΤΙΚΩΝ ΚΑΙ ΤΕΧΝΟΛΟΓΙΚΩΝ ΕΠΙΣΤΗΜΩΝ</w:t>
      </w:r>
    </w:p>
    <w:p w14:paraId="6965FD51" w14:textId="77777777" w:rsidR="00696D96" w:rsidRDefault="00000000">
      <w:pPr>
        <w:spacing w:after="60"/>
        <w:jc w:val="center"/>
      </w:pPr>
      <w:r>
        <w:rPr>
          <w:b/>
          <w:sz w:val="20"/>
        </w:rPr>
        <w:t>ΤΜΗΜΑ ΒΙΟΛΟΓΙΑΣ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696D96" w14:paraId="00F8F04E" w14:textId="77777777">
        <w:tc>
          <w:tcPr>
            <w:tcW w:w="5383" w:type="dxa"/>
            <w:vAlign w:val="center"/>
          </w:tcPr>
          <w:p w14:paraId="08B3F135" w14:textId="058A5345" w:rsidR="00696D96" w:rsidRPr="00BA6659" w:rsidRDefault="00000000">
            <w:pPr>
              <w:jc w:val="center"/>
              <w:rPr>
                <w:lang w:val="el-GR"/>
              </w:rPr>
            </w:pPr>
            <w:r w:rsidRPr="00BA6659">
              <w:rPr>
                <w:b/>
                <w:sz w:val="18"/>
                <w:lang w:val="el-GR"/>
              </w:rPr>
              <w:t>ΑΚΑΔ. ΕΤΟΣ 2026–2027</w:t>
            </w:r>
            <w:r w:rsidRPr="00BA6659">
              <w:rPr>
                <w:b/>
                <w:sz w:val="18"/>
                <w:lang w:val="el-GR"/>
              </w:rPr>
              <w:br/>
            </w:r>
            <w:r w:rsidR="00BA6659">
              <w:rPr>
                <w:b/>
                <w:sz w:val="18"/>
                <w:lang w:val="el-GR"/>
              </w:rPr>
              <w:t>ΑΙΤΗΣΗ</w:t>
            </w:r>
            <w:r w:rsidRPr="00BA6659">
              <w:rPr>
                <w:b/>
                <w:sz w:val="18"/>
                <w:lang w:val="el-GR"/>
              </w:rPr>
              <w:t xml:space="preserve"> ΕΓΓΡΑΦΗΣ</w:t>
            </w:r>
            <w:r w:rsidRPr="00BA6659">
              <w:rPr>
                <w:b/>
                <w:sz w:val="18"/>
                <w:lang w:val="el-GR"/>
              </w:rPr>
              <w:br/>
              <w:t>ΠΡΩΤΟΕΤΗ ΦΟΙΤΗΤΗ</w:t>
            </w:r>
          </w:p>
        </w:tc>
        <w:tc>
          <w:tcPr>
            <w:tcW w:w="5383" w:type="dxa"/>
            <w:vAlign w:val="center"/>
          </w:tcPr>
          <w:p w14:paraId="7A393D7D" w14:textId="13F5B22F" w:rsidR="00696D96" w:rsidRDefault="00BA6659">
            <w:pPr>
              <w:jc w:val="center"/>
            </w:pPr>
            <w:r>
              <w:rPr>
                <w:b/>
                <w:sz w:val="18"/>
                <w:lang w:val="el-GR"/>
              </w:rPr>
              <w:t>Ηράκλειο,</w:t>
            </w:r>
            <w:r w:rsidR="00000000">
              <w:rPr>
                <w:b/>
                <w:sz w:val="18"/>
              </w:rPr>
              <w:t xml:space="preserve"> ____ / ____ / 2026</w:t>
            </w:r>
          </w:p>
        </w:tc>
      </w:tr>
    </w:tbl>
    <w:p w14:paraId="6927989B" w14:textId="77777777" w:rsidR="00696D96" w:rsidRDefault="00000000">
      <w:pPr>
        <w:spacing w:after="20"/>
      </w:pPr>
      <w:r>
        <w:rPr>
          <w:b/>
          <w:sz w:val="18"/>
        </w:rPr>
        <w:t>1. ΠΡΟΣΩΠΙΚΑ ΣΤΟΙΧΕΙΑ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696D96" w14:paraId="38A977DB" w14:textId="77777777">
        <w:tc>
          <w:tcPr>
            <w:tcW w:w="5383" w:type="dxa"/>
          </w:tcPr>
          <w:p w14:paraId="2F165BF6" w14:textId="77777777" w:rsidR="00696D96" w:rsidRDefault="00000000">
            <w:pPr>
              <w:spacing w:after="0"/>
            </w:pPr>
            <w:r>
              <w:rPr>
                <w:sz w:val="16"/>
              </w:rPr>
              <w:t>ΕΠΩΝΥΜΟ</w:t>
            </w:r>
            <w:r>
              <w:rPr>
                <w:sz w:val="16"/>
              </w:rPr>
              <w:br/>
              <w:t>________________________________________________</w:t>
            </w:r>
          </w:p>
        </w:tc>
        <w:tc>
          <w:tcPr>
            <w:tcW w:w="5383" w:type="dxa"/>
          </w:tcPr>
          <w:p w14:paraId="07D2AFA8" w14:textId="77777777" w:rsidR="00696D96" w:rsidRDefault="00000000">
            <w:pPr>
              <w:spacing w:after="0"/>
            </w:pPr>
            <w:r>
              <w:rPr>
                <w:sz w:val="16"/>
              </w:rPr>
              <w:t>ΟΝΟΜΑ</w:t>
            </w:r>
            <w:r>
              <w:rPr>
                <w:sz w:val="16"/>
              </w:rPr>
              <w:br/>
              <w:t>________________________________________________</w:t>
            </w:r>
          </w:p>
        </w:tc>
      </w:tr>
      <w:tr w:rsidR="00696D96" w:rsidRPr="00BA6659" w14:paraId="5F2A38E6" w14:textId="77777777">
        <w:tc>
          <w:tcPr>
            <w:tcW w:w="5383" w:type="dxa"/>
          </w:tcPr>
          <w:p w14:paraId="5867CC65" w14:textId="77777777" w:rsidR="00696D96" w:rsidRDefault="00000000">
            <w:pPr>
              <w:spacing w:after="0"/>
            </w:pPr>
            <w:r>
              <w:rPr>
                <w:sz w:val="16"/>
              </w:rPr>
              <w:t>ΠΑΤΡΩΝΥΜΟ</w:t>
            </w:r>
            <w:r>
              <w:rPr>
                <w:sz w:val="16"/>
              </w:rPr>
              <w:br/>
              <w:t>________________________________________________</w:t>
            </w:r>
          </w:p>
        </w:tc>
        <w:tc>
          <w:tcPr>
            <w:tcW w:w="5383" w:type="dxa"/>
          </w:tcPr>
          <w:p w14:paraId="2119359B" w14:textId="77777777" w:rsidR="00696D96" w:rsidRPr="00BA6659" w:rsidRDefault="00000000">
            <w:pPr>
              <w:spacing w:after="0"/>
              <w:rPr>
                <w:lang w:val="el-GR"/>
              </w:rPr>
            </w:pPr>
            <w:r w:rsidRPr="00BA6659">
              <w:rPr>
                <w:sz w:val="16"/>
                <w:lang w:val="el-GR"/>
              </w:rPr>
              <w:t>ΜΗΤΡΩΝΥΜΟ &amp; ΠΑΤΡΙΚΟ ΕΠΩΝΥΜΟ ΤΗΣ ΜΗΤΕΡΑΣ</w:t>
            </w:r>
            <w:r w:rsidRPr="00BA6659">
              <w:rPr>
                <w:sz w:val="16"/>
                <w:lang w:val="el-GR"/>
              </w:rPr>
              <w:br/>
              <w:t>________________________________________________</w:t>
            </w:r>
          </w:p>
        </w:tc>
      </w:tr>
      <w:tr w:rsidR="00696D96" w14:paraId="1F533EBA" w14:textId="77777777">
        <w:tc>
          <w:tcPr>
            <w:tcW w:w="5383" w:type="dxa"/>
          </w:tcPr>
          <w:p w14:paraId="5F08F29C" w14:textId="77777777" w:rsidR="00696D96" w:rsidRDefault="00000000">
            <w:pPr>
              <w:spacing w:after="0"/>
            </w:pPr>
            <w:r>
              <w:rPr>
                <w:sz w:val="16"/>
              </w:rPr>
              <w:t>ΤΟΠΟΣ ΓΕΝΝΗΣΗΣ – ΠΟΛΗ</w:t>
            </w:r>
            <w:r>
              <w:rPr>
                <w:sz w:val="16"/>
              </w:rPr>
              <w:br/>
              <w:t>________________________________________________</w:t>
            </w:r>
          </w:p>
        </w:tc>
        <w:tc>
          <w:tcPr>
            <w:tcW w:w="5383" w:type="dxa"/>
          </w:tcPr>
          <w:p w14:paraId="75502974" w14:textId="77777777" w:rsidR="00696D96" w:rsidRDefault="00000000">
            <w:pPr>
              <w:spacing w:after="0"/>
            </w:pPr>
            <w:r>
              <w:rPr>
                <w:sz w:val="16"/>
              </w:rPr>
              <w:t>ΝΟΜΟΣ / ΧΩΡΑ</w:t>
            </w:r>
            <w:r>
              <w:rPr>
                <w:sz w:val="16"/>
              </w:rPr>
              <w:br/>
              <w:t>________________________________________________</w:t>
            </w:r>
          </w:p>
        </w:tc>
      </w:tr>
      <w:tr w:rsidR="00696D96" w14:paraId="74CA58FF" w14:textId="77777777">
        <w:tc>
          <w:tcPr>
            <w:tcW w:w="5383" w:type="dxa"/>
          </w:tcPr>
          <w:p w14:paraId="579A3B83" w14:textId="77777777" w:rsidR="00696D96" w:rsidRDefault="00000000">
            <w:pPr>
              <w:spacing w:after="0"/>
            </w:pPr>
            <w:r>
              <w:rPr>
                <w:sz w:val="16"/>
              </w:rPr>
              <w:t>ΗΜΕΡΟΜΗΝΙΑ ΓΕΝΝΗΣΗΣ</w:t>
            </w:r>
            <w:r>
              <w:rPr>
                <w:sz w:val="16"/>
              </w:rPr>
              <w:br/>
              <w:t>________________________________________________</w:t>
            </w:r>
          </w:p>
        </w:tc>
        <w:tc>
          <w:tcPr>
            <w:tcW w:w="5383" w:type="dxa"/>
          </w:tcPr>
          <w:p w14:paraId="52E9F78A" w14:textId="77777777" w:rsidR="00696D96" w:rsidRDefault="00000000">
            <w:pPr>
              <w:spacing w:after="0"/>
            </w:pPr>
            <w:r>
              <w:rPr>
                <w:sz w:val="16"/>
              </w:rPr>
              <w:t>ΥΠΗΚΟΟΤΗΤΑ: ☐ ΕΛΛΗΝΙΚΗ   ☐ ΑΛΛΗ</w:t>
            </w:r>
            <w:r>
              <w:rPr>
                <w:sz w:val="16"/>
              </w:rPr>
              <w:br/>
              <w:t>________________________________________________</w:t>
            </w:r>
          </w:p>
        </w:tc>
      </w:tr>
      <w:tr w:rsidR="00696D96" w14:paraId="4B522E14" w14:textId="77777777">
        <w:tc>
          <w:tcPr>
            <w:tcW w:w="5383" w:type="dxa"/>
          </w:tcPr>
          <w:p w14:paraId="11C5361C" w14:textId="77777777" w:rsidR="00696D96" w:rsidRDefault="00000000">
            <w:pPr>
              <w:spacing w:after="0"/>
            </w:pPr>
            <w:r>
              <w:rPr>
                <w:sz w:val="16"/>
              </w:rPr>
              <w:t>ΕΓΓΕΓΡΑΜΜΕΝΟΣ/Η ΣΤΟΝ ΔΗΜΟ</w:t>
            </w:r>
            <w:r>
              <w:rPr>
                <w:sz w:val="16"/>
              </w:rPr>
              <w:br/>
              <w:t>________________________________________________</w:t>
            </w:r>
          </w:p>
        </w:tc>
        <w:tc>
          <w:tcPr>
            <w:tcW w:w="5383" w:type="dxa"/>
          </w:tcPr>
          <w:p w14:paraId="55B9933B" w14:textId="77777777" w:rsidR="00696D96" w:rsidRDefault="00000000">
            <w:pPr>
              <w:spacing w:after="0"/>
            </w:pPr>
            <w:r>
              <w:rPr>
                <w:sz w:val="16"/>
              </w:rPr>
              <w:t>ΤΟΥ ΝΟΜΟΥ</w:t>
            </w:r>
            <w:r>
              <w:rPr>
                <w:sz w:val="16"/>
              </w:rPr>
              <w:br/>
              <w:t>________________________________________________</w:t>
            </w:r>
          </w:p>
        </w:tc>
      </w:tr>
    </w:tbl>
    <w:p w14:paraId="799A3208" w14:textId="77777777" w:rsidR="00BA6659" w:rsidRDefault="00BA6659">
      <w:pPr>
        <w:spacing w:after="20"/>
        <w:rPr>
          <w:b/>
          <w:sz w:val="18"/>
          <w:lang w:val="el-GR"/>
        </w:rPr>
      </w:pPr>
    </w:p>
    <w:p w14:paraId="6AB31A39" w14:textId="3C8947F4" w:rsidR="00696D96" w:rsidRDefault="00000000">
      <w:pPr>
        <w:spacing w:after="20"/>
      </w:pPr>
      <w:r>
        <w:rPr>
          <w:b/>
          <w:sz w:val="18"/>
        </w:rPr>
        <w:t>2. ΣΤΟΙΧΕΙΑ ΑΠΟΦΟΙΤΗΣΗΣ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696D96" w14:paraId="658829B3" w14:textId="77777777">
        <w:tc>
          <w:tcPr>
            <w:tcW w:w="5383" w:type="dxa"/>
          </w:tcPr>
          <w:p w14:paraId="7401E3BB" w14:textId="77777777" w:rsidR="00696D96" w:rsidRDefault="00000000">
            <w:pPr>
              <w:spacing w:after="0"/>
            </w:pPr>
            <w:r>
              <w:rPr>
                <w:sz w:val="16"/>
              </w:rPr>
              <w:t>ΛΥΚΕΙΟ ΑΠΟΦΟΙΤΗΣΗΣ</w:t>
            </w:r>
            <w:r>
              <w:rPr>
                <w:sz w:val="16"/>
              </w:rPr>
              <w:br/>
              <w:t>________________________________________________</w:t>
            </w:r>
          </w:p>
        </w:tc>
        <w:tc>
          <w:tcPr>
            <w:tcW w:w="5383" w:type="dxa"/>
          </w:tcPr>
          <w:p w14:paraId="078A73C6" w14:textId="77777777" w:rsidR="00696D96" w:rsidRDefault="00000000">
            <w:pPr>
              <w:spacing w:after="0"/>
            </w:pPr>
            <w:r>
              <w:rPr>
                <w:sz w:val="16"/>
              </w:rPr>
              <w:t>ΒΑΘΜΟΣ ΑΠΟΛΥΤΗΡΙΟΥ</w:t>
            </w:r>
            <w:r>
              <w:rPr>
                <w:sz w:val="16"/>
              </w:rPr>
              <w:br/>
              <w:t>________________________________________________</w:t>
            </w:r>
          </w:p>
        </w:tc>
      </w:tr>
      <w:tr w:rsidR="00696D96" w14:paraId="48AD048E" w14:textId="77777777">
        <w:tc>
          <w:tcPr>
            <w:tcW w:w="5383" w:type="dxa"/>
          </w:tcPr>
          <w:p w14:paraId="33B4AFC4" w14:textId="77777777" w:rsidR="00696D96" w:rsidRDefault="00000000">
            <w:pPr>
              <w:spacing w:after="0"/>
            </w:pPr>
            <w:r>
              <w:rPr>
                <w:sz w:val="16"/>
              </w:rPr>
              <w:t>ΕΤΟΣ ΑΠΟΦΟΙΤΗΣΗΣ</w:t>
            </w:r>
            <w:r>
              <w:rPr>
                <w:sz w:val="16"/>
              </w:rPr>
              <w:br/>
              <w:t>________________________________________________</w:t>
            </w:r>
          </w:p>
        </w:tc>
        <w:tc>
          <w:tcPr>
            <w:tcW w:w="5383" w:type="dxa"/>
          </w:tcPr>
          <w:p w14:paraId="35C7AFB8" w14:textId="77777777" w:rsidR="00696D96" w:rsidRDefault="00696D96"/>
        </w:tc>
      </w:tr>
    </w:tbl>
    <w:p w14:paraId="2682527B" w14:textId="77777777" w:rsidR="00BA6659" w:rsidRDefault="00BA6659">
      <w:pPr>
        <w:spacing w:after="20"/>
        <w:rPr>
          <w:b/>
          <w:sz w:val="18"/>
          <w:lang w:val="el-GR"/>
        </w:rPr>
      </w:pPr>
    </w:p>
    <w:p w14:paraId="309485D7" w14:textId="2B7E474E" w:rsidR="00696D96" w:rsidRPr="00BA6659" w:rsidRDefault="00000000">
      <w:pPr>
        <w:spacing w:after="20"/>
        <w:rPr>
          <w:lang w:val="el-GR"/>
        </w:rPr>
      </w:pPr>
      <w:r w:rsidRPr="00BA6659">
        <w:rPr>
          <w:b/>
          <w:sz w:val="18"/>
          <w:lang w:val="el-GR"/>
        </w:rPr>
        <w:t>3. ΤΡΟΠΟΣ ΕΓΓΡΑΦΗΣ</w:t>
      </w:r>
    </w:p>
    <w:p w14:paraId="3747503B" w14:textId="77777777" w:rsidR="00696D96" w:rsidRPr="00BA6659" w:rsidRDefault="00000000" w:rsidP="00BA6659">
      <w:pPr>
        <w:spacing w:after="0" w:line="360" w:lineRule="auto"/>
        <w:rPr>
          <w:lang w:val="el-GR"/>
        </w:rPr>
      </w:pPr>
      <w:r w:rsidRPr="00BA6659">
        <w:rPr>
          <w:sz w:val="16"/>
          <w:lang w:val="el-GR"/>
        </w:rPr>
        <w:t>☐ ΟΜΟΓΕΝΗΣ από: ____________________     ☐ ΑΛΛΟΔΑΠΟΣ από: ____________________</w:t>
      </w:r>
    </w:p>
    <w:p w14:paraId="45DDB762" w14:textId="77777777" w:rsidR="00696D96" w:rsidRPr="00BA6659" w:rsidRDefault="00000000" w:rsidP="00BA6659">
      <w:pPr>
        <w:spacing w:after="0" w:line="360" w:lineRule="auto"/>
        <w:rPr>
          <w:lang w:val="el-GR"/>
        </w:rPr>
      </w:pPr>
      <w:r w:rsidRPr="00BA6659">
        <w:rPr>
          <w:sz w:val="16"/>
          <w:lang w:val="el-GR"/>
        </w:rPr>
        <w:t>☐ ΜΕΤΕΓΓΡΑΦΗ ΑΠΟ ΠΑΝΕΠΙΣΤΗΜΙΟ: ______________________________________________</w:t>
      </w:r>
    </w:p>
    <w:p w14:paraId="65D0FD2C" w14:textId="77777777" w:rsidR="00696D96" w:rsidRPr="00BA6659" w:rsidRDefault="00000000" w:rsidP="00BA6659">
      <w:pPr>
        <w:spacing w:after="0" w:line="360" w:lineRule="auto"/>
        <w:rPr>
          <w:lang w:val="el-GR"/>
        </w:rPr>
      </w:pPr>
      <w:r w:rsidRPr="00BA6659">
        <w:rPr>
          <w:sz w:val="16"/>
          <w:lang w:val="el-GR"/>
        </w:rPr>
        <w:t>☐ ΠΑΓΚΥΠΡΙΕΣ έτους 20____     ☐ ΚΑΤΑΤΑΚΤΗΡΙΕΣ έτους 20____     ☐ ΛΟΓΟΙ ΥΓΕΙΑΣ: __________</w:t>
      </w:r>
    </w:p>
    <w:p w14:paraId="1D8D6145" w14:textId="77777777" w:rsidR="00696D96" w:rsidRPr="00BA6659" w:rsidRDefault="00000000" w:rsidP="00BA6659">
      <w:pPr>
        <w:spacing w:after="0" w:line="360" w:lineRule="auto"/>
        <w:rPr>
          <w:lang w:val="el-GR"/>
        </w:rPr>
      </w:pPr>
      <w:r w:rsidRPr="00BA6659">
        <w:rPr>
          <w:sz w:val="16"/>
          <w:lang w:val="el-GR"/>
        </w:rPr>
        <w:t>☐ ΠΤΥΧΙΟΥΧΟΣ: __________________________________     ΜΕΤΕΓΓΡΑΦΗ ΣΕ: ΑΕΙ __________  ΤΜΗΜΑ __________</w:t>
      </w:r>
    </w:p>
    <w:p w14:paraId="36B7C225" w14:textId="77777777" w:rsidR="00BA6659" w:rsidRDefault="00BA6659">
      <w:pPr>
        <w:spacing w:after="20"/>
        <w:rPr>
          <w:b/>
          <w:sz w:val="18"/>
          <w:lang w:val="el-GR"/>
        </w:rPr>
      </w:pPr>
    </w:p>
    <w:p w14:paraId="53D95734" w14:textId="70A2F5AC" w:rsidR="00696D96" w:rsidRDefault="00000000">
      <w:pPr>
        <w:spacing w:after="20"/>
      </w:pPr>
      <w:r>
        <w:rPr>
          <w:b/>
          <w:sz w:val="18"/>
        </w:rPr>
        <w:t>4. ΣΤΟΙΧΕΙΑ ΕΠΙΚΟΙΝΩΝΙΑΣ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696D96" w:rsidRPr="00BA6659" w14:paraId="662EB3B1" w14:textId="77777777">
        <w:tc>
          <w:tcPr>
            <w:tcW w:w="5383" w:type="dxa"/>
          </w:tcPr>
          <w:p w14:paraId="53F33623" w14:textId="77777777" w:rsidR="00696D96" w:rsidRPr="00BA6659" w:rsidRDefault="00000000">
            <w:pPr>
              <w:spacing w:after="0"/>
              <w:rPr>
                <w:lang w:val="el-GR"/>
              </w:rPr>
            </w:pPr>
            <w:r w:rsidRPr="00BA6659">
              <w:rPr>
                <w:sz w:val="16"/>
                <w:lang w:val="el-GR"/>
              </w:rPr>
              <w:t>ΔΙΕΥΘΥΝΣΗ ΜΟΝΙΜΗΣ ΚΑΤΟΙΚΙΑΣ: ΠΟΛΗ – ΟΔΟΣ – ΑΡΙΘΜΟΣ – Τ.Κ.</w:t>
            </w:r>
            <w:r w:rsidRPr="00BA6659">
              <w:rPr>
                <w:sz w:val="16"/>
                <w:lang w:val="el-GR"/>
              </w:rPr>
              <w:br/>
              <w:t>________________________________________________</w:t>
            </w:r>
          </w:p>
        </w:tc>
        <w:tc>
          <w:tcPr>
            <w:tcW w:w="5383" w:type="dxa"/>
          </w:tcPr>
          <w:p w14:paraId="3470CB29" w14:textId="77777777" w:rsidR="00696D96" w:rsidRPr="00BA6659" w:rsidRDefault="00000000">
            <w:pPr>
              <w:spacing w:after="0"/>
              <w:rPr>
                <w:lang w:val="el-GR"/>
              </w:rPr>
            </w:pPr>
            <w:r w:rsidRPr="00BA6659">
              <w:rPr>
                <w:sz w:val="16"/>
                <w:lang w:val="el-GR"/>
              </w:rPr>
              <w:t>ΔΙΕΥΘΥΝΣΗ ΣΤΟ ΗΡΑΚΛΕΙΟ (αν υπάρχει)</w:t>
            </w:r>
            <w:r w:rsidRPr="00BA6659">
              <w:rPr>
                <w:sz w:val="16"/>
                <w:lang w:val="el-GR"/>
              </w:rPr>
              <w:br/>
              <w:t>________________________________________________</w:t>
            </w:r>
          </w:p>
        </w:tc>
      </w:tr>
      <w:tr w:rsidR="00696D96" w14:paraId="5153D51A" w14:textId="77777777">
        <w:tc>
          <w:tcPr>
            <w:tcW w:w="5383" w:type="dxa"/>
          </w:tcPr>
          <w:p w14:paraId="28B0784D" w14:textId="77777777" w:rsidR="00696D96" w:rsidRDefault="00000000">
            <w:pPr>
              <w:spacing w:after="0"/>
            </w:pPr>
            <w:r>
              <w:rPr>
                <w:sz w:val="16"/>
              </w:rPr>
              <w:t>ΤΗΛΕΦΩΝΟ ΜΟΝΙΜΗΣ ΚΑΤΟΙΚΙΑΣ 1</w:t>
            </w:r>
            <w:r>
              <w:rPr>
                <w:sz w:val="16"/>
              </w:rPr>
              <w:br/>
              <w:t>________________________________________________</w:t>
            </w:r>
          </w:p>
        </w:tc>
        <w:tc>
          <w:tcPr>
            <w:tcW w:w="5383" w:type="dxa"/>
          </w:tcPr>
          <w:p w14:paraId="1503E423" w14:textId="77777777" w:rsidR="00696D96" w:rsidRDefault="00000000">
            <w:pPr>
              <w:spacing w:after="0"/>
            </w:pPr>
            <w:r>
              <w:rPr>
                <w:sz w:val="16"/>
              </w:rPr>
              <w:t>ΤΗΛΕΦΩΝΟ ΜΟΝΙΜΗΣ ΚΑΤΟΙΚΙΑΣ 2</w:t>
            </w:r>
            <w:r>
              <w:rPr>
                <w:sz w:val="16"/>
              </w:rPr>
              <w:br/>
              <w:t>________________________________________________</w:t>
            </w:r>
          </w:p>
        </w:tc>
      </w:tr>
      <w:tr w:rsidR="00696D96" w14:paraId="165BBAE9" w14:textId="77777777">
        <w:tc>
          <w:tcPr>
            <w:tcW w:w="5383" w:type="dxa"/>
          </w:tcPr>
          <w:p w14:paraId="18231DBD" w14:textId="77777777" w:rsidR="00696D96" w:rsidRDefault="00000000">
            <w:pPr>
              <w:spacing w:after="0"/>
            </w:pPr>
            <w:r>
              <w:rPr>
                <w:sz w:val="16"/>
              </w:rPr>
              <w:t>ΤΗΛΕΦΩΝΟ ΣΤΟ ΗΡΑΚΛΕΙΟ</w:t>
            </w:r>
            <w:r>
              <w:rPr>
                <w:sz w:val="16"/>
              </w:rPr>
              <w:br/>
              <w:t>________________________________________________</w:t>
            </w:r>
          </w:p>
        </w:tc>
        <w:tc>
          <w:tcPr>
            <w:tcW w:w="5383" w:type="dxa"/>
          </w:tcPr>
          <w:p w14:paraId="1638A697" w14:textId="77777777" w:rsidR="00696D96" w:rsidRDefault="00000000">
            <w:pPr>
              <w:spacing w:after="0"/>
            </w:pPr>
            <w:r>
              <w:rPr>
                <w:sz w:val="16"/>
              </w:rPr>
              <w:t>ΑΡΙΘΜΟΣ ΚΙΝΗΤΟΥ</w:t>
            </w:r>
            <w:r>
              <w:rPr>
                <w:sz w:val="16"/>
              </w:rPr>
              <w:br/>
              <w:t>________________________________________________</w:t>
            </w:r>
          </w:p>
        </w:tc>
      </w:tr>
    </w:tbl>
    <w:p w14:paraId="06858A07" w14:textId="77777777" w:rsidR="00BA6659" w:rsidRDefault="00BA6659">
      <w:pPr>
        <w:spacing w:after="20"/>
        <w:rPr>
          <w:b/>
          <w:sz w:val="18"/>
          <w:lang w:val="el-GR"/>
        </w:rPr>
      </w:pPr>
    </w:p>
    <w:p w14:paraId="581E3E21" w14:textId="429FC641" w:rsidR="00696D96" w:rsidRDefault="00000000">
      <w:pPr>
        <w:spacing w:after="20"/>
      </w:pPr>
      <w:r>
        <w:rPr>
          <w:b/>
          <w:sz w:val="18"/>
        </w:rPr>
        <w:t>5. ΣΤΟΙΧΕΙΑ ΤΑΥΤΟΤΗΤΑΣ / ΔΙΑΒΑΤΗΡΙΟΥ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696D96" w14:paraId="2AA7FA20" w14:textId="77777777">
        <w:tc>
          <w:tcPr>
            <w:tcW w:w="5383" w:type="dxa"/>
          </w:tcPr>
          <w:p w14:paraId="1B426EC1" w14:textId="77777777" w:rsidR="00696D96" w:rsidRDefault="00000000">
            <w:r>
              <w:rPr>
                <w:b/>
                <w:sz w:val="16"/>
              </w:rPr>
              <w:t>ΑΣΤΥΝΟΜΙΚΗ ΤΑΥΤΟΤΗΤΑ</w:t>
            </w:r>
          </w:p>
        </w:tc>
        <w:tc>
          <w:tcPr>
            <w:tcW w:w="5383" w:type="dxa"/>
          </w:tcPr>
          <w:p w14:paraId="5E9F91C4" w14:textId="77777777" w:rsidR="00696D96" w:rsidRDefault="00000000">
            <w:r>
              <w:rPr>
                <w:b/>
                <w:sz w:val="16"/>
              </w:rPr>
              <w:t>ΔΙΑΒΑΤΗΡΙΟ</w:t>
            </w:r>
          </w:p>
        </w:tc>
      </w:tr>
      <w:tr w:rsidR="00696D96" w14:paraId="6A224827" w14:textId="77777777">
        <w:tc>
          <w:tcPr>
            <w:tcW w:w="5383" w:type="dxa"/>
          </w:tcPr>
          <w:p w14:paraId="09336303" w14:textId="77777777" w:rsidR="00696D96" w:rsidRDefault="00000000">
            <w:r>
              <w:rPr>
                <w:sz w:val="16"/>
              </w:rPr>
              <w:t>Γεν. Αριθμός: __________________</w:t>
            </w:r>
          </w:p>
        </w:tc>
        <w:tc>
          <w:tcPr>
            <w:tcW w:w="5383" w:type="dxa"/>
          </w:tcPr>
          <w:p w14:paraId="136A2536" w14:textId="77777777" w:rsidR="00696D96" w:rsidRDefault="00000000">
            <w:r>
              <w:rPr>
                <w:sz w:val="16"/>
              </w:rPr>
              <w:t>Γεν. Αριθμός: __________________</w:t>
            </w:r>
          </w:p>
        </w:tc>
      </w:tr>
      <w:tr w:rsidR="00696D96" w14:paraId="629198B6" w14:textId="77777777">
        <w:tc>
          <w:tcPr>
            <w:tcW w:w="5383" w:type="dxa"/>
          </w:tcPr>
          <w:p w14:paraId="40370192" w14:textId="77777777" w:rsidR="00696D96" w:rsidRDefault="00000000">
            <w:r>
              <w:rPr>
                <w:sz w:val="16"/>
              </w:rPr>
              <w:t>Εκδούσα αρχή: __________________</w:t>
            </w:r>
          </w:p>
        </w:tc>
        <w:tc>
          <w:tcPr>
            <w:tcW w:w="5383" w:type="dxa"/>
          </w:tcPr>
          <w:p w14:paraId="19440C1E" w14:textId="77777777" w:rsidR="00696D96" w:rsidRDefault="00000000">
            <w:r>
              <w:rPr>
                <w:sz w:val="16"/>
              </w:rPr>
              <w:t>Εκδούσα αρχή: __________________</w:t>
            </w:r>
          </w:p>
        </w:tc>
      </w:tr>
      <w:tr w:rsidR="00696D96" w14:paraId="1A833F76" w14:textId="77777777">
        <w:tc>
          <w:tcPr>
            <w:tcW w:w="5383" w:type="dxa"/>
          </w:tcPr>
          <w:p w14:paraId="069C78B4" w14:textId="77777777" w:rsidR="00696D96" w:rsidRDefault="00000000">
            <w:r>
              <w:rPr>
                <w:sz w:val="16"/>
              </w:rPr>
              <w:t>Ημερομηνία έκδοσης: ____/____/________</w:t>
            </w:r>
          </w:p>
        </w:tc>
        <w:tc>
          <w:tcPr>
            <w:tcW w:w="5383" w:type="dxa"/>
          </w:tcPr>
          <w:p w14:paraId="3BCF4B29" w14:textId="77777777" w:rsidR="00696D96" w:rsidRDefault="00000000">
            <w:r>
              <w:rPr>
                <w:sz w:val="16"/>
              </w:rPr>
              <w:t>Ημερομηνία έκδοσης: ____/____/________</w:t>
            </w:r>
          </w:p>
        </w:tc>
      </w:tr>
    </w:tbl>
    <w:p w14:paraId="382643FF" w14:textId="77777777" w:rsidR="00696D96" w:rsidRDefault="00000000">
      <w:pPr>
        <w:spacing w:after="20"/>
      </w:pPr>
      <w:r>
        <w:rPr>
          <w:sz w:val="16"/>
        </w:rPr>
        <w:t>Πίσω όψη ταυτότητας:  ☐ Προσκομίζεται / επισυνάπτεται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89"/>
        <w:gridCol w:w="3589"/>
        <w:gridCol w:w="3589"/>
      </w:tblGrid>
      <w:tr w:rsidR="00696D96" w:rsidRPr="00BA6659" w14:paraId="7D2A2EE5" w14:textId="77777777">
        <w:tc>
          <w:tcPr>
            <w:tcW w:w="3589" w:type="dxa"/>
          </w:tcPr>
          <w:p w14:paraId="3EAE3E04" w14:textId="77777777" w:rsidR="00BA6659" w:rsidRDefault="00BA6659">
            <w:pPr>
              <w:jc w:val="center"/>
              <w:rPr>
                <w:sz w:val="16"/>
                <w:lang w:val="el-GR"/>
              </w:rPr>
            </w:pPr>
          </w:p>
          <w:p w14:paraId="2F0B54F8" w14:textId="3DF36D20" w:rsidR="00696D96" w:rsidRPr="00BA6659" w:rsidRDefault="00000000">
            <w:pPr>
              <w:jc w:val="center"/>
              <w:rPr>
                <w:lang w:val="el-GR"/>
              </w:rPr>
            </w:pPr>
            <w:r w:rsidRPr="00BA6659">
              <w:rPr>
                <w:sz w:val="16"/>
                <w:lang w:val="el-GR"/>
              </w:rPr>
              <w:t>Ο/Η ΔΗΛΩΝ/ΟΥΣΑ</w:t>
            </w:r>
            <w:r w:rsidRPr="00BA6659">
              <w:rPr>
                <w:sz w:val="16"/>
                <w:lang w:val="el-GR"/>
              </w:rPr>
              <w:br/>
            </w:r>
            <w:r w:rsidRPr="00BA6659">
              <w:rPr>
                <w:sz w:val="16"/>
                <w:lang w:val="el-GR"/>
              </w:rPr>
              <w:br/>
              <w:t>Υπογραφή: ____________________</w:t>
            </w:r>
          </w:p>
        </w:tc>
        <w:tc>
          <w:tcPr>
            <w:tcW w:w="3589" w:type="dxa"/>
          </w:tcPr>
          <w:p w14:paraId="60C784EF" w14:textId="47802C66" w:rsidR="00696D96" w:rsidRPr="00BA6659" w:rsidRDefault="00696D96">
            <w:pPr>
              <w:jc w:val="center"/>
              <w:rPr>
                <w:lang w:val="el-GR"/>
              </w:rPr>
            </w:pPr>
          </w:p>
        </w:tc>
        <w:tc>
          <w:tcPr>
            <w:tcW w:w="3589" w:type="dxa"/>
          </w:tcPr>
          <w:p w14:paraId="08E3F7F8" w14:textId="77777777" w:rsidR="00BA6659" w:rsidRDefault="00BA6659">
            <w:pPr>
              <w:jc w:val="center"/>
              <w:rPr>
                <w:sz w:val="16"/>
                <w:lang w:val="el-GR"/>
              </w:rPr>
            </w:pPr>
          </w:p>
          <w:p w14:paraId="6143B2AB" w14:textId="3D8DEDAE" w:rsidR="00696D96" w:rsidRPr="00BA6659" w:rsidRDefault="00000000">
            <w:pPr>
              <w:jc w:val="center"/>
              <w:rPr>
                <w:lang w:val="el-GR"/>
              </w:rPr>
            </w:pPr>
            <w:r w:rsidRPr="00BA6659">
              <w:rPr>
                <w:sz w:val="16"/>
                <w:lang w:val="el-GR"/>
              </w:rPr>
              <w:t>Αριθμός Μητρώου: __________</w:t>
            </w:r>
            <w:r w:rsidRPr="00BA6659">
              <w:rPr>
                <w:sz w:val="16"/>
                <w:lang w:val="el-GR"/>
              </w:rPr>
              <w:br/>
              <w:t>(Συμπληρώνεται από τη Γραμματεία)</w:t>
            </w:r>
          </w:p>
        </w:tc>
      </w:tr>
    </w:tbl>
    <w:p w14:paraId="56561328" w14:textId="77777777" w:rsidR="00C66F3D" w:rsidRPr="00BA6659" w:rsidRDefault="00C66F3D">
      <w:pPr>
        <w:rPr>
          <w:lang w:val="el-GR"/>
        </w:rPr>
      </w:pPr>
    </w:p>
    <w:sectPr w:rsidR="00C66F3D" w:rsidRPr="00BA6659" w:rsidSect="00034616">
      <w:pgSz w:w="12240" w:h="15840"/>
      <w:pgMar w:top="624" w:right="737" w:bottom="62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7175508">
    <w:abstractNumId w:val="8"/>
  </w:num>
  <w:num w:numId="2" w16cid:durableId="660816593">
    <w:abstractNumId w:val="6"/>
  </w:num>
  <w:num w:numId="3" w16cid:durableId="1150294398">
    <w:abstractNumId w:val="5"/>
  </w:num>
  <w:num w:numId="4" w16cid:durableId="896861121">
    <w:abstractNumId w:val="4"/>
  </w:num>
  <w:num w:numId="5" w16cid:durableId="580795847">
    <w:abstractNumId w:val="7"/>
  </w:num>
  <w:num w:numId="6" w16cid:durableId="291714638">
    <w:abstractNumId w:val="3"/>
  </w:num>
  <w:num w:numId="7" w16cid:durableId="63378820">
    <w:abstractNumId w:val="2"/>
  </w:num>
  <w:num w:numId="8" w16cid:durableId="2132478198">
    <w:abstractNumId w:val="1"/>
  </w:num>
  <w:num w:numId="9" w16cid:durableId="23181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45A8"/>
    <w:rsid w:val="0029639D"/>
    <w:rsid w:val="00326F90"/>
    <w:rsid w:val="00365E79"/>
    <w:rsid w:val="004E523A"/>
    <w:rsid w:val="00696D96"/>
    <w:rsid w:val="00AA1D8D"/>
    <w:rsid w:val="00B47730"/>
    <w:rsid w:val="00BA6659"/>
    <w:rsid w:val="00C66F3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EA95C"/>
  <w14:defaultImageDpi w14:val="300"/>
  <w15:docId w15:val="{D81110F1-DE34-4367-9B90-A45609C2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Ελένη Μαραβέγια</cp:lastModifiedBy>
  <cp:revision>2</cp:revision>
  <dcterms:created xsi:type="dcterms:W3CDTF">2026-09-03T06:13:00Z</dcterms:created>
  <dcterms:modified xsi:type="dcterms:W3CDTF">2026-09-03T06:13:00Z</dcterms:modified>
  <cp:category/>
</cp:coreProperties>
</file>